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</w:r>
    </w:p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  <w:t>CECH RZEMIEŚLNIKÓW I PRZEDSIĘBIORCÓW</w:t>
        <w:br/>
        <w:t>W STARACHOWICACH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sz w:val="40"/>
          <w:szCs w:val="40"/>
        </w:rPr>
      </w:pPr>
      <w:r>
        <w:rPr>
          <w:rFonts w:ascii="Tahoma" w:hAnsi="Tahoma"/>
          <w:b/>
          <w:color w:val="17324D"/>
          <w:sz w:val="40"/>
          <w:szCs w:val="40"/>
        </w:rPr>
        <w:t>RZEMIOSŁO</w:t>
        <w:br/>
        <w:t>PRZYSZŁOŚCI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i/>
          <w:color w:val="087E8B"/>
          <w:sz w:val="32"/>
        </w:rPr>
        <w:t>Tradycja spotyka przyszłość.</w:t>
        <w:br/>
        <w:t>Pokaż, jak będzie wyglądać rzemiosło jutra!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b/>
          <w:sz w:val="26"/>
        </w:rPr>
        <w:t>KOMPLETNY PAKIET ORGANIZACYJNY KONKURSU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2"/>
        </w:rPr>
        <w:t>Projekt PIR NIW 2026 – Zadanie nr 2. Rozwój i promocja kształcenia dualnego w rzemiośle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0"/>
        </w:rPr>
        <w:t>listopad/grudzień 2026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agwek1"/>
        <w:spacing w:before="0" w:after="0"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b w:val="false"/>
          <w:i w:val="false"/>
          <w:sz w:val="24"/>
          <w:szCs w:val="24"/>
        </w:rPr>
        <w:t>Informacja obejmuje regulamin, kryteria oceny, formularze, zgody, komunikaty dla szkół i rodziców, plan rekrutacji oraz scenariusz finału.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Termin zgłoszeń i przekazania prac: do 30 listopada 2026 r. Planowany finał i wręczenie nagród; 21 grudnia 2026 r. 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Zgłoszenia: biuro@cechstarachowice.pl; tel. 609 406 106 (Paweł Grudniewski). Prace można dostarczyć do Centrum Kreatywności, Pałacyk, ul. Konstytucji 3 Maja 15 w Starachowicach. </w:t>
      </w:r>
    </w:p>
    <w:p>
      <w:pPr>
        <w:pStyle w:val="Normal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</w:r>
      <w:r>
        <w:br w:type="page"/>
      </w:r>
    </w:p>
    <w:p>
      <w:pPr>
        <w:pStyle w:val="Nagwek1"/>
        <w:spacing w:lineRule="auto" w:line="276" w:before="0" w:after="0"/>
        <w:jc w:val="center"/>
        <w:rPr>
          <w:rFonts w:ascii="Tahoma" w:hAnsi="Tahoma"/>
          <w:sz w:val="18"/>
          <w:szCs w:val="18"/>
        </w:rPr>
      </w:pPr>
      <w:r>
        <w:rPr>
          <w:rFonts w:ascii="Tahoma" w:hAnsi="Tahoma"/>
          <w:b w:val="false"/>
          <w:i w:val="false"/>
          <w:sz w:val="18"/>
          <w:szCs w:val="18"/>
        </w:rPr>
        <w:t>OŚWIADCZENIA I ZGODY</w:t>
      </w:r>
    </w:p>
    <w:p>
      <w:pPr>
        <w:pStyle w:val="Normal"/>
        <w:spacing w:lineRule="auto" w:line="276" w:before="0" w:after="0"/>
        <w:jc w:val="center"/>
        <w:rPr>
          <w:b w:val="false"/>
          <w:b w:val="false"/>
          <w:i w:val="false"/>
          <w:i w:val="false"/>
        </w:rPr>
      </w:pPr>
      <w:r>
        <w:rPr>
          <w:b w:val="false"/>
          <w:i w:val="false"/>
        </w:rPr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Konkurs „Rzemiosło Przyszłości” – PIR NIW 2026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Imię i nazwisko uczestnika:</w:t>
      </w:r>
      <w:r>
        <w:rPr>
          <w:rFonts w:ascii="Tahoma" w:hAnsi="Tahoma"/>
          <w:sz w:val="18"/>
          <w:szCs w:val="18"/>
        </w:rPr>
        <w:t xml:space="preserve"> ....................................................................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Szkoła:</w:t>
      </w:r>
      <w:r>
        <w:rPr>
          <w:rFonts w:ascii="Tahoma" w:hAnsi="Tahoma"/>
          <w:sz w:val="18"/>
          <w:szCs w:val="18"/>
        </w:rPr>
        <w:t xml:space="preserve"> ...................................................................................................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Tytuł pracy:</w:t>
      </w:r>
      <w:r>
        <w:rPr>
          <w:rFonts w:ascii="Tahoma" w:hAnsi="Tahoma"/>
          <w:sz w:val="18"/>
          <w:szCs w:val="18"/>
        </w:rPr>
        <w:t xml:space="preserve"> ............................................................................................</w:t>
      </w:r>
    </w:p>
    <w:p>
      <w:pPr>
        <w:pStyle w:val="Nagwek3"/>
        <w:spacing w:before="200" w:after="283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1. Zgoda na udział w konkursie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Jako rodzic/opiekun prawny wyrażam zgodę na udział mojego dziecka w konkursie „Rzemiosło Przyszłości”, organizowanym przez Cech Rzemieślników i Przedsiębiorców w Starachowicach. Potwierdzam zapoznanie się z regulaminem i informacją o przetwarzaniu danych osobowych.</w:t>
      </w:r>
    </w:p>
    <w:p>
      <w:pPr>
        <w:pStyle w:val="Tretekstu"/>
        <w:rPr/>
      </w:pPr>
      <w:r>
        <w:rPr>
          <w:rFonts w:ascii="Tahoma" w:hAnsi="Tahoma"/>
          <w:sz w:val="18"/>
          <w:szCs w:val="18"/>
        </w:rPr>
        <w:t xml:space="preserve">☐ </w:t>
      </w:r>
      <w:r>
        <w:rPr>
          <w:rStyle w:val="Mocnewyrnione"/>
          <w:rFonts w:ascii="Tahoma" w:hAnsi="Tahoma"/>
          <w:sz w:val="18"/>
          <w:szCs w:val="18"/>
        </w:rPr>
        <w:t>Wyrażam zgodę na udział dziecka w konkursie.</w:t>
      </w:r>
    </w:p>
    <w:p>
      <w:pPr>
        <w:pStyle w:val="Nagwek3"/>
        <w:spacing w:before="200" w:after="283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2. Zgoda na publikację pracy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Wyrażam zgodę na nieodpłatne publikowanie zgłoszonej pracy przez Cech w celu promocji konkursu, projektu PIR NIW 2026 i lokalnego rzemiosła – na stronie internetowej, w mediach społecznościowych, materiałach promocyjnych oraz podczas wydarzeń. W tym zakresie udzielam Organizatorowi niewyłącznej, nieodpłatnej licencji na utrwalanie, kopiowanie i publiczne udostępnianie pracy, z oznaczeniem autora, gdy jest to możliwe.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☐ </w:t>
      </w:r>
      <w:r>
        <w:rPr>
          <w:rFonts w:ascii="Tahoma" w:hAnsi="Tahoma"/>
          <w:sz w:val="18"/>
          <w:szCs w:val="18"/>
        </w:rPr>
        <w:t>TAK  ☐ NIE</w:t>
      </w:r>
    </w:p>
    <w:p>
      <w:pPr>
        <w:pStyle w:val="Nagwek3"/>
        <w:spacing w:before="200" w:after="283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3. Zgoda na publikację wizerunku i głosu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Wyrażam zgodę na nieodpłatne wykorzystanie wizerunku i głosu mojego dziecka utrwalonych w związku z konkursem, w tym na zdjęciach i nagraniach, w materiałach informacyjnych i promocyjnych Organizatora, na jego stronie internetowej i w mediach społecznościowych.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☐ </w:t>
      </w:r>
      <w:r>
        <w:rPr>
          <w:rFonts w:ascii="Tahoma" w:hAnsi="Tahoma"/>
          <w:sz w:val="18"/>
          <w:szCs w:val="18"/>
        </w:rPr>
        <w:t>TAK  ☐ NIE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Zgody z punktów 2 i 3 są dobrowolne i nie wpływają na udział ani ocenę pracy.</w:t>
      </w:r>
      <w:r>
        <w:rPr>
          <w:rFonts w:ascii="Tahoma" w:hAnsi="Tahoma"/>
          <w:sz w:val="18"/>
          <w:szCs w:val="18"/>
        </w:rPr>
        <w:t xml:space="preserve"> Zgodę na wizerunek można wycofać na przyszłość, pisząc na adres </w:t>
      </w:r>
      <w:hyperlink r:id="rId2">
        <w:r>
          <w:rPr>
            <w:rStyle w:val="Czeinternetowe"/>
            <w:rFonts w:ascii="Tahoma" w:hAnsi="Tahoma"/>
            <w:sz w:val="18"/>
            <w:szCs w:val="18"/>
          </w:rPr>
          <w:t>biuro@cechstarachowice.pl</w:t>
        </w:r>
      </w:hyperlink>
      <w:r>
        <w:rPr>
          <w:rFonts w:ascii="Tahoma" w:hAnsi="Tahoma"/>
          <w:sz w:val="18"/>
          <w:szCs w:val="18"/>
        </w:rPr>
        <w:t>.</w:t>
      </w:r>
    </w:p>
    <w:p>
      <w:pPr>
        <w:pStyle w:val="Nagwek3"/>
        <w:spacing w:before="200" w:after="283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4. Oświadczenie autora pracy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Potwierdzam, że praca jest mojego autorstwa (lub autorstwa wskazanego zespołu), a wykorzystane materiały nie naruszają praw innych osób. Jeśli w pracy występują osoby trzecie, posiadam wymagane zgody na wykorzystanie ich wizerunku lub głosu i mogę je przedstawić Organizatorowi.</w:t>
      </w:r>
    </w:p>
    <w:p>
      <w:pPr>
        <w:pStyle w:val="Nagwek3"/>
        <w:spacing w:before="200" w:after="283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5. Wykorzystanie sztucznej inteligencji (AI)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☐ </w:t>
      </w:r>
      <w:r>
        <w:rPr>
          <w:rFonts w:ascii="Tahoma" w:hAnsi="Tahoma"/>
          <w:sz w:val="18"/>
          <w:szCs w:val="18"/>
        </w:rPr>
        <w:t>Nie korzystano z AI. ☐ Korzystano z AI.</w:t>
      </w:r>
    </w:p>
    <w:p>
      <w:pPr>
        <w:pStyle w:val="Tretekstu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Jeśli TAK, podaj narzędzie i sposób wykorzystania:.........................................................................................................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Data:</w:t>
      </w:r>
      <w:r>
        <w:rPr>
          <w:rFonts w:ascii="Tahoma" w:hAnsi="Tahoma"/>
          <w:sz w:val="18"/>
          <w:szCs w:val="18"/>
        </w:rPr>
        <w:t xml:space="preserve"> 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Podpis uczestnika:</w:t>
      </w:r>
      <w:r>
        <w:rPr>
          <w:rFonts w:ascii="Tahoma" w:hAnsi="Tahoma"/>
          <w:sz w:val="18"/>
          <w:szCs w:val="18"/>
        </w:rPr>
        <w:t xml:space="preserve"> ....................................................................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Imię i nazwisko rodzica/opiekuna:</w:t>
      </w:r>
      <w:r>
        <w:rPr>
          <w:rFonts w:ascii="Tahoma" w:hAnsi="Tahoma"/>
          <w:sz w:val="18"/>
          <w:szCs w:val="18"/>
        </w:rPr>
        <w:t xml:space="preserve"> ........................................................</w:t>
      </w:r>
    </w:p>
    <w:p>
      <w:pPr>
        <w:pStyle w:val="Tretekstu"/>
        <w:rPr/>
      </w:pPr>
      <w:r>
        <w:rPr>
          <w:rStyle w:val="Mocnewyrnione"/>
          <w:rFonts w:ascii="Tahoma" w:hAnsi="Tahoma"/>
          <w:sz w:val="18"/>
          <w:szCs w:val="18"/>
        </w:rPr>
        <w:t>Podpis rodzica/opiekuna:</w:t>
      </w:r>
      <w:r>
        <w:rPr>
          <w:rFonts w:ascii="Tahoma" w:hAnsi="Tahoma"/>
          <w:sz w:val="18"/>
          <w:szCs w:val="18"/>
        </w:rPr>
        <w:t xml:space="preserve"> ................................................................</w:t>
      </w:r>
    </w:p>
    <w:p>
      <w:pPr>
        <w:pStyle w:val="Tretekstu"/>
        <w:spacing w:before="0" w:after="120"/>
        <w:rPr/>
      </w:pPr>
      <w:r>
        <w:rPr>
          <w:rStyle w:val="Wyrnienie"/>
          <w:rFonts w:ascii="Tahoma" w:hAnsi="Tahoma"/>
          <w:sz w:val="18"/>
          <w:szCs w:val="18"/>
        </w:rPr>
        <w:t>W przypadku uczestnika pełnoletniego zgody i oświadczenia podpisuje sam uczestnik. W przypadku pracy zespołowej formularz wypełnia każdy uczestnik osobno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191" w:right="1191" w:gutter="0" w:header="720" w:top="1020" w:footer="72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rFonts w:ascii="Tahoma" w:hAnsi="Tahom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" w:cstheme="minorBidi"/>
      <w:color w:val="auto"/>
      <w:kern w:val="0"/>
      <w:sz w:val="20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36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87E8B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22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Mocnewyrnione">
    <w:name w:val="Mocne wyróżnione"/>
    <w:qFormat/>
    <w:rPr>
      <w:b/>
      <w:bCs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17324D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Nagwek"/>
    <w:qFormat/>
    <w:pPr/>
    <w:rPr/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cechstarachowice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LibreOffice/7.3.0.3$Windows_X86_64 LibreOffice_project/0f246aa12d0eee4a0f7adcefbf7c878fc2238db3</Application>
  <AppVersion>15.0000</AppVersion>
  <Pages>2</Pages>
  <Words>424</Words>
  <Characters>3249</Characters>
  <CharactersWithSpaces>3650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dc:language>pl-PL</dc:language>
  <cp:lastModifiedBy/>
  <dcterms:modified xsi:type="dcterms:W3CDTF">2026-11-04T21:40:24Z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